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מושגי היסוד של כדורגל: מגרש, עמדות וחוקים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ומשפחות מילים מעולם הספורט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ערכי ספורטיביות כמו עבודת קבוצה והפסד 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למנוע מהיריב להבקיע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השופט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בכל קבוצה יש 11 שחקנים על המגרש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זכות מיוחדת של השוער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הקבוצה שמבקיעה יותר שערים מנצחת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כדורגל הוא משחק קבוצתי שדורש שיתוף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להפסיד בכבוד וללמוד מהמשחק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 – משפחות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שיחקה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חלוץ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עמדות בכדורגל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(עוצר את ההתקפות של היריב)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(מחבר בין ההגנה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(מנסה להבקיע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(אוכף את חוקי המשחק)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נכנסים למגרש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השופט שורק לתחילת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הקבוצות מנסות להבקיע שערים זו לזו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השופט שורק לסיום המחצית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המשחק ממשיך במחצית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השופט שורק לסיום המשחק ומכריז על התוצאה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לכלול: פנייה למאמן, סיבה לאהבת המשחק, עמדה מועדפת והסבר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תכלול: לחיצת ידיים, כבוד ליריב, חוסר כעס, למידה מההפסד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השוער שומר על השער ומורשה לגעת בכדור בידיים ברחבה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הפועל 'בעט' בהטיה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שמזכירה כבוד, חוקים או התנהגות הוגנת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בצפייה קצרה בעמדות על גבי ציור מגרש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לבקש מהתלמידים לצייר חץ בין העמודות במקום לכתוב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'כותבים' כדאי לתת דוגמה אחת בעל פה לפני שהתלמידים כותבים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כדורגל הוא משחק קבוצתי שבו שתי קבוצות מנסות להבקיע כמה שיותר שערים. בדף הזה נתרגל מילים, עמדות וחוקים, ונחשוב גם על ערכים חשובים במשחק.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יש בכל קבוצה על המגרש (לא כולל מחליפים)?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לשחקן ששומר על השער?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כשהכדור חוצה את קו השער ונכנס לרשת?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עונש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איבר אסור לשחקני שדה לגעת בו בכדור (חוץ מהשוער)?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תפקידו העיקרי של שחקן ההגנה?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להבקיע שערים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למנוע מהיריב להבקיע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לשרוק על עבירות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לעודד מהספסל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אוכף את חוקי המשחק במגרש?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הקפטן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כדורגל יש רק שחקן אחד בכל 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השוער מותר לו לגעת בכדור בידיים בתוך רחבת השער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המשחק היא להבקיע יותר שערים מהקבוצה היריבה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לנצח במשחק בלי עבודת צוות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הפסד במשחק אומר שהקבוצה גרועה ולא שווה כלום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חסר – 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השחקן __________ את הכדור בחוזקה לעבר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השוער עמד ליד ה__________ ושמר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הילדים אוהבים ל__________ כדורגל בחצר 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הקבוצה ש__________ה יפה קיבלה מחיאות כפיים גם כשהפסידה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ניסה כמה פעמים להבקיע שער אך השוער עצר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עמדות בכדורגל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מנסה להבקיע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מחבר בין ההגנה להתקפה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אוכף את חוקי המשחק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עוצר את ההתקפות של היריב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לתחילת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נכנסים למגרש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לסיום המשחק ומכריז על התוצאה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ממשיך במחצית השנייה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לסיום המחצית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הקבוצות מנסות להבקיע שערים זו לזו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למאמן או למאמנת של קבוצה דמיונית. ספרו למה אתם אוהבים לשחק כדורגל ואילו עמדה הייתם רוצים לשחק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קבוצה הפסידה במשחק אבל התנהגה בספורטיביות. מה הן עשו?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השוער?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המילה 'בעט'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משחק הוגן, לדעתכם?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המשחק שכולם אוהבים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