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כדורגל – המשחק שכולם אוהבים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מושגי היסוד של כדורגל: מגרש, עמדות וחוקים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ומשפחות מילים מעולם הספורט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ערכי ספורטיביות כמו עבודת קבוצה והפסד בכבוד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11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שוער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שער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ידיים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למנוע מהיריב להבקיע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השופט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בכל קבוצה יש 11 שחקנים על המגרש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זכות מיוחדת של השוער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הקבוצה שמבקיעה יותר שערים מנצחת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כדורגל הוא משחק קבוצתי שדורש שיתוף 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אפשר להפסיד בכבוד וללמוד מהמשחק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חסר – משפחות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בעט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שיחקה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חלוץ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– עמדות בכדורגל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(שומר על השער)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(עוצר את ההתקפות של היריב)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(מחבר בין ההגנה להתקפה)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(מנסה להבקיע שערים)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(אוכף את חוקי המשחק)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האירועים במשחק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השחקנים נכנסים למגרש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השופט שורק לתחילת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הקבוצות מנסות להבקיע שערים זו לזו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השופט שורק לסיום המחצית הראשונה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המשחק ממשיך במחצית השנייה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השופט שורק לסיום המשחק ומכריז על התוצאה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לכלול: פנייה למאמן, סיבה לאהבת המשחק, עמדה מועדפת והסבר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טובה תכלול: לחיצת ידיים, כבוד ליריב, חוסר כעס, למידה מההפסד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השוער שומר על השער ומורשה לגעת בכדור בידיים ברחבה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תקין עם הפועל 'בעט' בהטיה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שמזכירה כבוד, חוקים או התנהגות הוגנת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בצפייה קצרה בעמדות על גבי ציור מגרש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ההתאמה אפשר לבקש מהתלמידים לצייר חץ בין העמודות במקום לכתוב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'כותבים' כדאי לתת דוגמה אחת בעל פה לפני שהתלמידים כותבים בעצמם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כדורגל – המשחק שכולם אוהבים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כדורגל זה משחק. שתי קבוצות משחקות. כל קבוצה רוצה להכניס כדור לשער. בדף הזה לומדים מילים וכללים על כדורגל.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מגרש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שבו משחקים כדורגל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שוער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השחקן ששומר על השער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קבוצה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השחקנים שמשחקים 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שער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שאליו צריך להכניס את הכדור כדי לנצח נקודה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שופט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האדם שאוכף את החוקים במשחק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ספורטיביות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התנהגות הוגנת וכבוד למתחרים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חלוץ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שחקן שתפקידו לנסות להבקיע שערים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מגן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שחקן שתפקידו לעצור את ההתקפות של היריב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שחקנים משחקים מכל 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שומר על השער?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חלוץ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קוראים לזה כשהכדור נכנס לשער?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עונש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פסילה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אסור לגעת בו בכדור?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רגליים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ידיים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כתפיים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עושה שחקן הגנה?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להבקיע שערים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למנוע מהיריב להבקיע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לשרוק על עבירות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לעודד מהספסל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מי שומר על החוקים?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המאמן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הקהל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השופט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הקפטן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כדורגל יש רק שחקן אחד בכל קבוצה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השוער מותר לו לגעת בכדור בידיים בתוך רחבת השער שלו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מטרת המשחק היא להבקיע יותר שערים מהקבוצה היריבה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לנצח במשחק בלי עבודת צוות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הפסד במשחק אומר שהקבוצה גרועה ולא שווה כלום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חסר – משפחות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השחקן __________ את הכדור בחוזקה לעבר השער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השוער עמד ליד ה__________ ושמר עליו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הילדים אוהבים ל__________ כדורגל בחצר בית הספר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הקבוצה ש__________ה יפה קיבלה מחיאות כפיים גם כשהפסידה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ה__________ ניסה כמה פעמים להבקיע שער אך השוער עצר אותו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– עמדות בכדורגל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אוכף את חוקי המשחק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מגן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מנסה להבקיע שערים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שומר על השער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חלוץ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עוצר את ההתקפות של היריב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שופט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מחבר בין ההגנה להתקפה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האירועים במשחק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המשחק ממשיך במחצית השנייה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השופט שורק לסיום המחצית הראשונה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השופט שורק לתחילת המשחק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השופט שורק לסיום המשחק ומכריז על התוצאה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השחקנים נכנסים למגרש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הקבוצות מנסות להבקיע שערים זו לזו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מכתב קצר למאמן או למאמנת של קבוצה דמיונית. ספרו למה אתם אוהבים לשחק כדורגל ואילו עמדה הייתם רוצים לשחק בה.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מצב שבו קבוצה הפסידה במשחק אבל התנהגה בספורטיביות. מה הן עשו?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תפקידו של השוער?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עם המילה 'בעט'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משחק הוגן, לדעתכם?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כדורגל – המשחק שכולם אוהבים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