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כדורגל: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ומשפחות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ספורטיביות כמו עבודת קבוצה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בכל קבוצה יש 11 שחקנים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מיוחדת של השוער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עמדות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(מנסה להבקיע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לסיום המחצית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פנייה למאמן, סיבה לאהבת המשחק, עמדה מועדפת והסבר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ומורשה לגעת בכדור בידיים ברחבה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'בעט' בהטיה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כבוד, חוקים או התנהגות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בעמדות על גבי ציור מגרש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בין העמודות במקום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'כותבים' כדאי לתת דוגמה אחת בעל פה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כדורגל הוא משחק קבוצתי שבו שתי קבוצות מנסות להבקיע כמה שיותר שערים. בדף הזה נתרגל מילים, עמדות וחוקים, ונחשוב גם על ערכים חשובים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שער  ·  בעט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על המגרש (לא כולל מחליפים)?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לשחקן ששומר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כשהכדור חוצה את קו השער ונכנס לרשת?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כדורגל יש רק שחקן אחד בכל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השוער מותר לו לגעת בכדור בידיים בתוך רחבת השער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השחקן __________ את הכדור בחוזקה לעבר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השוער עמד ליד ה__________ ושמר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עמדות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עוצר את ההתקפות של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מחבר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לסיום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נכנסים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מנסות להבקיע שערים זו לזו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למאמן או למאמנת של קבוצה דמיונית. ספרו למה אתם אוהבים לשחק כדורגל ואילו עמדה הייתם רוצים לשחק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המילה 'בעט'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